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520" w:val="left"/>
        </w:tabs>
        <w:spacing w:after="20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1" name="Picture 1" descr="MűhelyOS log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  <w:t>Munkalapszám: __________________</w:t>
      </w:r>
    </w:p>
    <w:p>
      <w:pPr>
        <w:pStyle w:val="Title"/>
      </w:pPr>
      <w:r>
        <w:t>Autószerviz munkalap</w:t>
      </w:r>
    </w:p>
    <w:p>
      <w:r>
        <w:t>Műhely neve: ____________________________________________________________</w:t>
      </w:r>
    </w:p>
    <w:p>
      <w:r>
        <w:t>Cím és elérhetőség: _______________________________________________________</w:t>
      </w:r>
    </w:p>
    <w:p>
      <w:pPr>
        <w:pStyle w:val="Heading2"/>
      </w:pPr>
      <w:r>
        <w:t>Ügyfél és jármű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236"/>
        <w:gridCol w:w="3969"/>
      </w:tblGrid>
      <w:tr>
        <w:trPr>
          <w:trHeight w:val="408"/>
        </w:trPr>
        <w:tc>
          <w:tcPr>
            <w:tcW w:type="dxa" w:w="623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Ügyfél neve:</w:t>
            </w:r>
          </w:p>
        </w:tc>
        <w:tc>
          <w:tcPr>
            <w:tcW w:type="dxa" w:w="39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Telefon vagy e-mail:</w:t>
            </w:r>
          </w:p>
        </w:tc>
      </w:tr>
      <w:tr>
        <w:trPr>
          <w:trHeight w:val="408"/>
        </w:trPr>
        <w:tc>
          <w:tcPr>
            <w:tcW w:type="dxa" w:w="623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Ügyfél címe:</w:t>
            </w:r>
          </w:p>
        </w:tc>
        <w:tc>
          <w:tcPr>
            <w:tcW w:type="dxa" w:w="39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Átvétel dátuma:</w:t>
            </w:r>
          </w:p>
        </w:tc>
      </w:tr>
      <w:tr>
        <w:trPr>
          <w:trHeight w:val="408"/>
        </w:trPr>
        <w:tc>
          <w:tcPr>
            <w:tcW w:type="dxa" w:w="623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Jármű márkája és típusa:</w:t>
            </w:r>
          </w:p>
        </w:tc>
        <w:tc>
          <w:tcPr>
            <w:tcW w:type="dxa" w:w="39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Rendszám:</w:t>
            </w:r>
          </w:p>
        </w:tc>
      </w:tr>
      <w:tr>
        <w:trPr>
          <w:trHeight w:val="408"/>
        </w:trPr>
        <w:tc>
          <w:tcPr>
            <w:tcW w:type="dxa" w:w="623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Alvázszám:</w:t>
            </w:r>
          </w:p>
        </w:tc>
        <w:tc>
          <w:tcPr>
            <w:tcW w:type="dxa" w:w="39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Kilométeróra állása:                         km</w:t>
            </w:r>
          </w:p>
        </w:tc>
      </w:tr>
    </w:tbl>
    <w:p>
      <w:pPr>
        <w:pStyle w:val="Heading2"/>
      </w:pPr>
      <w:r>
        <w:t>Bejelentett hiba és egyeztetett munkák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205"/>
      </w:tblGrid>
      <w:tr>
        <w:trPr>
          <w:trHeight w:val="369"/>
        </w:trPr>
        <w:tc>
          <w:tcPr>
            <w:tcW w:type="dxa" w:w="1020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69"/>
        </w:trPr>
        <w:tc>
          <w:tcPr>
            <w:tcW w:type="dxa" w:w="1020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Elvégzett munkák és felhasznált alkatrészek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92"/>
        <w:gridCol w:w="1134"/>
        <w:gridCol w:w="1701"/>
        <w:gridCol w:w="850"/>
        <w:gridCol w:w="1928"/>
      </w:tblGrid>
      <w:tr>
        <w:trPr>
          <w:trHeight w:val="408"/>
          <w:tblHeader/>
        </w:trPr>
        <w:tc>
          <w:tcPr>
            <w:tcW w:type="dxa" w:w="45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shd w:fill="EEF2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Megnevezés</w:t>
            </w:r>
          </w:p>
        </w:tc>
        <w:tc>
          <w:tcPr>
            <w:tcW w:type="dxa" w:w="113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shd w:fill="EEF2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Mennyiség</w:t>
            </w:r>
          </w:p>
        </w:tc>
        <w:tc>
          <w:tcPr>
            <w:tcW w:type="dxa" w:w="1701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shd w:fill="EEF2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Nettó egységár</w:t>
            </w:r>
          </w:p>
        </w:tc>
        <w:tc>
          <w:tcPr>
            <w:tcW w:type="dxa" w:w="85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shd w:fill="EEF2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ÁFA %</w:t>
            </w:r>
          </w:p>
        </w:tc>
        <w:tc>
          <w:tcPr>
            <w:tcW w:type="dxa" w:w="19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shd w:fill="EEF2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Bruttó összeg</w:t>
            </w:r>
          </w:p>
        </w:tc>
      </w:tr>
      <w:tr>
        <w:trPr>
          <w:trHeight w:val="408"/>
        </w:trPr>
        <w:tc>
          <w:tcPr>
            <w:tcW w:type="dxa" w:w="45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3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9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8"/>
        </w:trPr>
        <w:tc>
          <w:tcPr>
            <w:tcW w:type="dxa" w:w="45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3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9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8"/>
        </w:trPr>
        <w:tc>
          <w:tcPr>
            <w:tcW w:type="dxa" w:w="45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3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9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8"/>
        </w:trPr>
        <w:tc>
          <w:tcPr>
            <w:tcW w:type="dxa" w:w="45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3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9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8"/>
        </w:trPr>
        <w:tc>
          <w:tcPr>
            <w:tcW w:type="dxa" w:w="45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3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9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spacing w:before="100"/>
      </w:pPr>
      <w:r>
        <w:rPr>
          <w:sz w:val="18"/>
        </w:rPr>
        <w:t>Nettó összesen: ______________ Ft    ÁFA: ______________ Ft    Bruttó: ______________ Ft</w:t>
      </w:r>
    </w:p>
    <w:p>
      <w:pPr>
        <w:pStyle w:val="Heading2"/>
      </w:pPr>
      <w:r>
        <w:t>Megjegyzés és átadás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205"/>
      </w:tblGrid>
      <w:tr>
        <w:trPr>
          <w:trHeight w:val="369"/>
        </w:trPr>
        <w:tc>
          <w:tcPr>
            <w:tcW w:type="dxa" w:w="1020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69"/>
        </w:trPr>
        <w:tc>
          <w:tcPr>
            <w:tcW w:type="dxa" w:w="1020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r>
        <w:t>Átadás dátuma: ____________________    Munkát végezte: ________________________</w:t>
      </w:r>
    </w:p>
    <w:p>
      <w:pPr>
        <w:jc w:val="center"/>
      </w:pPr>
      <w:r>
        <w:br/>
        <w:t>_______________________________          _______________________________</w:t>
      </w:r>
    </w:p>
    <w:p>
      <w:pPr>
        <w:jc w:val="center"/>
      </w:pPr>
      <w:r>
        <w:rPr>
          <w:sz w:val="18"/>
        </w:rPr>
        <w:t>Műhely képviselőjének aláírása                          Ügyfél aláírása</w:t>
      </w:r>
    </w:p>
    <w:sectPr w:rsidR="00FC693F" w:rsidRPr="0006063C" w:rsidSect="00034616">
      <w:footerReference w:type="default" r:id="rId10"/>
      <w:pgSz w:w="11906" w:h="16838"/>
      <w:pgMar w:top="737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Készült a MűhelyOS – Autószerviz menedzsment rendszerrel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Autószerviz munkalap</dc:title>
  <dc:subject>Szabadon szerkeszthető üres munkalap minta</dc:subject>
  <dc:creator>MűhelyOS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